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Noto Serif CJK SC" w:hAnsi="Noto Serif CJK SC" w:eastAsia="Noto Serif CJK SC"/>
          <w:b/>
          <w:color w:val="C00000"/>
          <w:sz w:val="36"/>
        </w:rPr>
        <w:t>双河二小五年级一班 2026年秋季开学家长会</w:t>
      </w:r>
    </w:p>
    <w:p>
      <w:pPr>
        <w:spacing w:after="40"/>
        <w:jc w:val="center"/>
      </w:pPr>
      <w:r>
        <w:rPr>
          <w:rFonts w:ascii="Noto Serif CJK SC" w:hAnsi="Noto Serif CJK SC" w:eastAsia="Noto Serif CJK SC"/>
          <w:b/>
          <w:color w:val="4A90D9"/>
          <w:sz w:val="28"/>
        </w:rPr>
        <w:t>演 说 稿（与PPT逐页对应）</w:t>
      </w:r>
    </w:p>
    <w:p>
      <w:pPr>
        <w:spacing w:after="280"/>
        <w:jc w:val="center"/>
      </w:pPr>
      <w:r>
        <w:rPr>
          <w:rFonts w:ascii="Noto Serif CJK SC" w:hAnsi="Noto Serif CJK SC" w:eastAsia="Noto Serif CJK SC"/>
          <w:b w:val="0"/>
          <w:color w:val="8A8478"/>
          <w:sz w:val="24"/>
        </w:rPr>
        <w:t>双河二小 · 五年级一班（2022级）｜2026年9月</w:t>
      </w:r>
    </w:p>
    <w:p>
      <w:pPr>
        <w:spacing w:after="320"/>
      </w:pPr>
      <w:r>
        <w:rPr>
          <w:rFonts w:ascii="Noto Serif CJK SC" w:hAnsi="Noto Serif CJK SC" w:eastAsia="Noto Serif CJK SC"/>
          <w:b w:val="0"/>
          <w:color w:val="8A8478"/>
          <w:sz w:val="22"/>
        </w:rPr>
        <w:t>使用说明：本稿与PPT逐页对应，可直接按页讲读；括号内为可自行补充的内容（如班级人数、教师姓名、电话等）。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第1页｜封面：2026年秋季开学家长会（开场白）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各位家长朋友，大家下午好！欢迎来到双河二小五年级一班的家长会，感谢您在百忙之中抽出时间参加。孩子升入五年级，是小学阶段承上启下的关键一年。今天，我们围绕班级情况、行为习惯、交通安全、语文教学、班级管理和五年级学习要求这几个方面，好好聊一聊。希望我们家校携手，陪孩子走好这关键的一年。（可先介绍自己：我是班主任XXX老师，联系电话……）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第2页｜今天的主要内容（议程介绍）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今天的家长会主要有六个方面的内容：一是班级概况，二是行为习惯，三是交通安全，四是语文教学，五是班级管理，六是五年级阶段的学习要求。最后还有安全健康提示和家校沟通环节。会后我也很乐意和各位家长个别交流，大家可以有针对性地提问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第3页｜班级概况：我们的五年级一班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先简单介绍一下我们的班级。五年级一班是一个团结友爱的大家庭，孩子们活泼向上、各有闪光点。（可补充：全班共XX人，其中男生XX人、女生XX人；上学年获得XX荣誉；本学期新转入XX名同学。）新学期我们的目标是：养成好习惯、打好学习基础、健康快乐成长。孩子的每一点进步，都离不开家庭的配合，请各位家长继续支持班级工作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第4页｜板块一｜行为习惯：好习惯 伴成长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接下来进入第一个板块——行为习惯。俗话说，好习惯受益终身。五年级的孩子自我意识开始增强，习惯也慢慢定型，现在抓习惯，还来得及，而且正当时。这个阶段，我们重点抓四个方面。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第5页｜行为习惯：重点抓四个方面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一是作息规律。五年级学习任务加重，请督促孩子晚上9点左右睡觉，保证每天10小时睡眠，早晨按时起床，不迟到。二是物品整理。书包、书桌、学具让孩子自己收拾，家长不代劳，培养条理性。三是专注倾听。上课专注、作业专注，写作业时不吃东西、不玩文具、不边写边玩。四是阅读与劳动。每天坚持阅读半小时，在家分担扫地、洗碗、整理房间等力所能及的家务，劳动也是成长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第6页｜行为习惯：给家长的四个建议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给家长四条建议：第一，以身作则。要求孩子做到的，家长自己先做到，少看手机多看书。第二，立好规矩。温柔而坚定，态度和蔼、执行严格，定了的规矩不轻易让步。第三，管好手机。手机、平板、电视要限时使用，最好放在客厅，不在孩子房间过夜。第四，多鼓励、多陪伴。多看见孩子的进步，及时肯定，陪伴比反复说教更管用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第7页｜板块二｜交通安全：平安上学路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第二个板块，说说交通安全。孩子的安全是家庭最大的牵挂。现在广安城区和乡镇道路上车辆越来越多，学校门口上下学时段人流、车流集中，安全这根弦，一刻也不能松。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第8页｜交通安全：四个方面要牢记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重点讲四个方面：一是步行安全。走人行道、过马路走斑马线，看信号灯、不闯红灯，不在马路上追逐打闹，更不能低头玩手机。二是乘车安全。坐私家车系好安全带，不坐超载车、不坐无牌无证的黑车。三是骑行安全。根据交通法规，未满12周岁的学生不得骑自行车上路，请家长务必管住。四是“一盔一带”。家长骑电动车接送，大人、孩子都要戴好安全头盔；开车、乘车都要系好安全带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第9页｜交通安全：家长接送须知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接送时请家长做到：第一，按时接送。在约定地点等候，不拥挤、不扎堆，服从值班老师、保安和护学岗的指挥。第二，有序停车。校门口即停即走，不乱停乱放，不堵占通道。第三，秋季出行。广安秋季多雨多雾，路面湿滑，接送途中减速慢行，给孩子备好雨具。安全无小事，平安是底线，我们一起守护孩子的上下学之路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第10页｜板块三｜语文教学：书香润童年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第三个板块，说一说语文教学。语文是学好各门功课的基础，也是伴随孩子一生的能力。五年级的语文，和四年级相比，上了一个明显的台阶，无论是阅读的篇幅，还是习作的要求，都提高了不少。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第11页｜语文教学：五年级学什么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五年级语文主要有四个变化：一是识字写字，会认、会写、写规范，每天坚持练字，作业书写工整、卷面干净。二是阅读，课文篇幅明显变长，阅读理解从“读懂”走向“读深”，要能概括主要内容、体会思想感情。三是习作，从写一段话到写一篇完整的作文，要求内容具体、语句通顺、有真情实感。四是积累，古诗文和“日积月累”要背诵默写，为六年级和初中打底子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第12页｜语文学习：四步法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语文学习有四步法：第一步，预习，做到“读、标、问”——读通课文、标出生字词、提出不懂的问题。第二步，课堂，认真听讲、积极发言，跟着老师的思路走。第三步，复习，当天内容当天巩固，生字词听写过关。第四步，课外阅读，每天坚持30分钟，这学期我们鼓励孩子读整本书，比如名著少儿版、科普读物，读完后和家长聊一聊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第13页｜语文教学：给家长的建议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给家长几条建议：第一，亲子共读。每天抽出十几分钟，和孩子一起读书、聊书，是最好的陪伴。第二，生活语文。聊天时让孩子把一件事说完整、说清楚，买菜、出游都是学语文的机会。第三，关注书写。纠正握笔姿势和坐姿，字如其人，作业书写要工整、卷面要干净。第四，鼓励孩子写日记，哪怕每天三五句话，坚持下来收获很大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第14页｜板块四｜班级管理：规范与温暖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第四个板块，班级管理。一个班风正、学风浓的集体，离不开每位家长的支持。新学期，我们班将继续坚持“规范与温暖”并重：既要有规有矩，也要让孩子们在集体中感受到温暖。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第15页｜班级管理：重点抓四件事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班级管理主要抓四件事：一是班级公约，文明用语、遵守纪律、爱护公物，人人遵守、互相提醒。二是岗位轮值，班干部和值日生轮流担任，让每个孩子都有锻炼的机会、都有责任感。三是纪律卫生，抓好课堂纪律和校园卫生，争创“文明班级”、争得“流动红旗”。四是多彩活动，运动会、朗诵比赛、读书活动、社团课程，让孩子在活动中自信成长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第16页｜班级管理：请家长配合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也请家长配合几件事：第一，保持沟通渠道畅通。请及时关注班级微信群，重要通知都会在群里发布；有特殊情况请私信或电话联系老师。第二，履行请假制度。孩子生病或有事不能到校，请提前请假。第三，物品标记。孩子的衣物、水杯、学具请写上名字，方便认领。第四，关注心理健康。多和孩子聊聊学校的事，关注情绪变化，发现异常及时和老师沟通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第17页｜板块五｜五年级阶段学习要求：稳步成长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第五个板块，五年级阶段的学习要求。五年级是小学高段的起点，也是为六年级、为初中打基础的关键期，学习要求和方法都要升级。这个板块很重要，请家长认真听。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第18页｜五年级学习要求：三个关键词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五年级学习要求，概括为三个关键词：一是学科特点。语文读写量明显增大，要能独立阅读、完整表达；数学从形象思维走向抽象思维，应用题难度加大，要重视计算和审题；英语要开口读、认真写，打牢听说读写基础；科学重在观察和探究。二是习惯升级。学会自主预习、复习，建立错题本，合理安排时间，从“要我做”变成“我要做”。三是树立目标。为六年级毕业和小初衔接做好知识、习惯、心理的全面准备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第19页｜五年级学习要求：给家长的三个建议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给家长三点建议：第一，帮孩子制定作息表，学习、运动、休息有规律，学会管理时间。第二，培养自主学习，减少“陪做作业”，多检查、多引导，让孩子学会自己检查作业。第三，少比较、多鼓励，看到孩子和自己的过去比有进步就及时肯定，保护好孩子的学习兴趣和自信心。五年级这一年很关键，我们一起陪孩子走好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第20页｜秋季安全健康：温馨提示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最后再提醒几件安全健康的事：一是防溺水，教育孩子牢记“六不”，不私自下水游泳，发现同伴溺水不盲目施救，要大声呼救。二是交通安全，上下学遵守交规，未满12周岁不骑车上路。三是消防安全，不玩火，注意用电用气安全。四是食品卫生，不吃“三无”食品，少吃路边摊。五是秋季传染病，广安秋季气温多变，注意防范流感、诺如病毒，勤洗手、多通风，生病及时就医并居家休息。六是心理健康，多倾听、多理解、多陪伴，让孩子有话愿意说。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第21页｜家校共育：同心同行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教育是一场家校同心的“双向奔赴”。请家长相信学校、相信老师，也请老师理解家长。遇到问题，我们多沟通、多商量，目标一致，都是为了孩子好。您的信任和配合，是孩子成长最大的底气。家长有任何建议，欢迎随时和我们交流。（可在此留下班主任电话、班级群号。）</w:t>
      </w:r>
    </w:p>
    <w:p>
      <w:pPr>
        <w:spacing w:after="80"/>
      </w:pPr>
      <w:r>
        <w:rPr>
          <w:rFonts w:ascii="Noto Serif CJK SC" w:hAnsi="Noto Serif CJK SC" w:eastAsia="Noto Serif CJK SC"/>
          <w:b/>
          <w:color w:val="C00000"/>
          <w:sz w:val="28"/>
        </w:rPr>
        <w:t>第22页｜结束页：感谢聆听</w:t>
      </w:r>
    </w:p>
    <w:p>
      <w:pPr>
        <w:spacing w:line="360" w:lineRule="auto" w:after="280"/>
        <w:ind w:firstLine="480"/>
      </w:pPr>
      <w:r>
        <w:rPr>
          <w:rFonts w:ascii="Noto Serif CJK SC" w:hAnsi="Noto Serif CJK SC" w:eastAsia="Noto Serif CJK SC"/>
          <w:b w:val="0"/>
          <w:sz w:val="24"/>
        </w:rPr>
        <w:t>今天的家长会就到这里。再次感谢各位家长的到来和信任！五年级这一年，让我们心往一处想、劲往一处使，共同守护孩子的平安与成长。静待花开，未来可期！会后，需要个别交流的家长请留下来，我们单独聊一聊。谢谢大家！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erif CJK SC" w:hAnsi="Noto Serif CJK SC" w:eastAsia="Noto Serif CJK SC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