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972000" cy="560925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72000" cy="560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972000" cy="560925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972000" cy="560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972000" cy="560925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972000" cy="560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972000" cy="560925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972000" cy="560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972000" cy="560925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972000" cy="560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972000" cy="560925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972000" cy="560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972000" cy="560925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972000" cy="560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972000" cy="560925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972000" cy="560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972000" cy="560925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972000" cy="560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972000" cy="560925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972000" cy="560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972000" cy="560925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972000" cy="560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972000" cy="560925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972000" cy="560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972000" cy="560925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972000" cy="5609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9972000" cy="560925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972000" cy="560925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6838" w:h="11906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