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0" w:before="200"/>
        <w:jc w:val="center"/>
      </w:pPr>
      <w:r>
        <w:rPr>
          <w:rFonts w:ascii="黑体" w:hAnsi="黑体" w:eastAsia="黑体"/>
          <w:b/>
          <w:sz w:val="52"/>
        </w:rPr>
        <w:t>催 款 函</w:t>
      </w:r>
    </w:p>
    <w:p>
      <w:pPr>
        <w:spacing w:after="400"/>
        <w:jc w:val="center"/>
      </w:pPr>
      <w:r>
        <w:rPr>
          <w:rFonts w:ascii="宋体" w:hAnsi="宋体" w:eastAsia="宋体"/>
          <w:b w:val="0"/>
          <w:sz w:val="22"/>
        </w:rPr>
        <w:t>（2026）六合法函字第___号</w:t>
      </w:r>
    </w:p>
    <w:p>
      <w:pPr>
        <w:pBdr>
          <w:bottom w:val="single" w:sz="6" w:space="1" w:color="000000"/>
        </w:pBdr>
      </w:pPr>
    </w:p>
    <w:p/>
    <w:p>
      <w:r>
        <w:rPr>
          <w:rFonts w:ascii="宋体" w:hAnsi="宋体" w:eastAsia="宋体"/>
          <w:b/>
          <w:sz w:val="24"/>
        </w:rPr>
        <w:t>致：西宁市生态环境局城西区生态环境局</w:t>
      </w:r>
    </w:p>
    <w:p/>
    <w:p>
      <w:pPr>
        <w:spacing w:before="240" w:after="120"/>
      </w:pPr>
      <w:r>
        <w:rPr>
          <w:rFonts w:ascii="黑体" w:hAnsi="黑体" w:eastAsia="黑体"/>
          <w:b/>
          <w:sz w:val="28"/>
        </w:rPr>
        <w:t>一、合同背景</w:t>
      </w:r>
    </w:p>
    <w:p>
      <w:pPr>
        <w:spacing w:line="360" w:lineRule="auto"/>
        <w:ind w:firstLine="420"/>
      </w:pPr>
      <w:r>
        <w:rPr>
          <w:rFonts w:ascii="宋体" w:hAnsi="宋体" w:eastAsia="宋体"/>
          <w:b w:val="0"/>
          <w:sz w:val="24"/>
        </w:rPr>
        <w:t>贵我双方于____年____月____日签署《青海省政府采购项目合同书》（项目名称：城西区智慧生态监管项目，项目编号：青海泽诚磋商（货物）-2024-042），由我方（六合远教（成都）科技有限公司）向贵方交付城西区智慧生态监管项目所需的全套环保监测设备及相关技术服务。</w:t>
      </w:r>
    </w:p>
    <w:p>
      <w:pPr>
        <w:spacing w:line="360" w:lineRule="auto"/>
        <w:ind w:firstLine="420"/>
      </w:pPr>
      <w:r>
        <w:rPr>
          <w:rFonts w:ascii="宋体" w:hAnsi="宋体" w:eastAsia="宋体"/>
          <w:b w:val="0"/>
          <w:sz w:val="24"/>
        </w:rPr>
        <w:t>合同标的包括：油烟监测设备（20台）、污水排放监测设备（2台）、热成像球机（3台）、室外广播（1台）、热成像枪机（12台）、噪音监测设备（51台）、AI高清摄像机等，合同总金额为人民币______元（大写：______________元整）。</w:t>
      </w:r>
    </w:p>
    <w:p/>
    <w:p>
      <w:pPr>
        <w:spacing w:before="240" w:after="120"/>
      </w:pPr>
      <w:r>
        <w:rPr>
          <w:rFonts w:ascii="黑体" w:hAnsi="黑体" w:eastAsia="黑体"/>
          <w:b/>
          <w:sz w:val="28"/>
        </w:rPr>
        <w:t>二、合同履行情况</w:t>
      </w:r>
    </w:p>
    <w:p>
      <w:pPr>
        <w:spacing w:line="360" w:lineRule="auto"/>
        <w:ind w:firstLine="420"/>
      </w:pPr>
      <w:r>
        <w:rPr>
          <w:rFonts w:ascii="宋体" w:hAnsi="宋体" w:eastAsia="宋体"/>
          <w:b w:val="0"/>
          <w:sz w:val="24"/>
        </w:rPr>
        <w:t>截至本函发出之日，我方已全面、完整地履行了合同项下的全部义务，具体如下：</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D9E2F3"/>
          </w:tcPr>
          <w:p>
            <w:pPr>
              <w:jc w:val="center"/>
            </w:pPr>
            <w:r/>
            <w:r>
              <w:rPr>
                <w:rFonts w:ascii="宋体" w:hAnsi="宋体" w:eastAsia="宋体"/>
                <w:b/>
                <w:sz w:val="20"/>
              </w:rPr>
              <w:t>序号</w:t>
            </w:r>
          </w:p>
        </w:tc>
        <w:tc>
          <w:tcPr>
            <w:tcW w:type="dxa" w:w="2160"/>
            <w:shd w:fill="D9E2F3"/>
          </w:tcPr>
          <w:p>
            <w:pPr>
              <w:jc w:val="center"/>
            </w:pPr>
            <w:r/>
            <w:r>
              <w:rPr>
                <w:rFonts w:ascii="宋体" w:hAnsi="宋体" w:eastAsia="宋体"/>
                <w:b/>
                <w:sz w:val="20"/>
              </w:rPr>
              <w:t>履行事项</w:t>
            </w:r>
          </w:p>
        </w:tc>
        <w:tc>
          <w:tcPr>
            <w:tcW w:type="dxa" w:w="2160"/>
            <w:shd w:fill="D9E2F3"/>
          </w:tcPr>
          <w:p>
            <w:pPr>
              <w:jc w:val="center"/>
            </w:pPr>
            <w:r/>
            <w:r>
              <w:rPr>
                <w:rFonts w:ascii="宋体" w:hAnsi="宋体" w:eastAsia="宋体"/>
                <w:b/>
                <w:sz w:val="20"/>
              </w:rPr>
              <w:t>履行情况</w:t>
            </w:r>
          </w:p>
        </w:tc>
        <w:tc>
          <w:tcPr>
            <w:tcW w:type="dxa" w:w="2160"/>
            <w:shd w:fill="D9E2F3"/>
          </w:tcPr>
          <w:p>
            <w:pPr>
              <w:jc w:val="center"/>
            </w:pPr>
            <w:r/>
            <w:r>
              <w:rPr>
                <w:rFonts w:ascii="宋体" w:hAnsi="宋体" w:eastAsia="宋体"/>
                <w:b/>
                <w:sz w:val="20"/>
              </w:rPr>
              <w:t>合同依据</w:t>
            </w:r>
          </w:p>
        </w:tc>
      </w:tr>
      <w:tr>
        <w:tc>
          <w:tcPr>
            <w:tcW w:type="dxa" w:w="2160"/>
          </w:tcPr>
          <w:p>
            <w:pPr>
              <w:jc w:val="center"/>
            </w:pPr>
            <w:r/>
            <w:r>
              <w:rPr>
                <w:rFonts w:ascii="宋体" w:hAnsi="宋体" w:eastAsia="宋体"/>
                <w:b w:val="0"/>
                <w:sz w:val="20"/>
              </w:rPr>
              <w:t>1</w:t>
            </w:r>
          </w:p>
        </w:tc>
        <w:tc>
          <w:tcPr>
            <w:tcW w:type="dxa" w:w="2160"/>
          </w:tcPr>
          <w:p>
            <w:pPr>
              <w:jc w:val="center"/>
            </w:pPr>
            <w:r/>
            <w:r>
              <w:rPr>
                <w:rFonts w:ascii="宋体" w:hAnsi="宋体" w:eastAsia="宋体"/>
                <w:b w:val="0"/>
                <w:sz w:val="20"/>
              </w:rPr>
              <w:t>设备到货交付</w:t>
            </w:r>
          </w:p>
        </w:tc>
        <w:tc>
          <w:tcPr>
            <w:tcW w:type="dxa" w:w="2160"/>
          </w:tcPr>
          <w:p>
            <w:pPr>
              <w:jc w:val="center"/>
            </w:pPr>
            <w:r/>
            <w:r>
              <w:rPr>
                <w:rFonts w:ascii="宋体" w:hAnsi="宋体" w:eastAsia="宋体"/>
                <w:b w:val="0"/>
                <w:sz w:val="20"/>
              </w:rPr>
              <w:t>已交付，贵方已签署设备到货验收单</w:t>
            </w:r>
          </w:p>
        </w:tc>
        <w:tc>
          <w:tcPr>
            <w:tcW w:type="dxa" w:w="2160"/>
          </w:tcPr>
          <w:p>
            <w:pPr>
              <w:jc w:val="center"/>
            </w:pPr>
            <w:r/>
            <w:r>
              <w:rPr>
                <w:rFonts w:ascii="宋体" w:hAnsi="宋体" w:eastAsia="宋体"/>
                <w:b w:val="0"/>
                <w:sz w:val="20"/>
              </w:rPr>
              <w:t>合同第三条 合同范围</w:t>
            </w:r>
          </w:p>
        </w:tc>
      </w:tr>
      <w:tr>
        <w:tc>
          <w:tcPr>
            <w:tcW w:type="dxa" w:w="2160"/>
          </w:tcPr>
          <w:p>
            <w:pPr>
              <w:jc w:val="center"/>
            </w:pPr>
            <w:r/>
            <w:r>
              <w:rPr>
                <w:rFonts w:ascii="宋体" w:hAnsi="宋体" w:eastAsia="宋体"/>
                <w:b w:val="0"/>
                <w:sz w:val="20"/>
              </w:rPr>
              <w:t>2</w:t>
            </w:r>
          </w:p>
        </w:tc>
        <w:tc>
          <w:tcPr>
            <w:tcW w:type="dxa" w:w="2160"/>
          </w:tcPr>
          <w:p>
            <w:pPr>
              <w:jc w:val="center"/>
            </w:pPr>
            <w:r/>
            <w:r>
              <w:rPr>
                <w:rFonts w:ascii="宋体" w:hAnsi="宋体" w:eastAsia="宋体"/>
                <w:b w:val="0"/>
                <w:sz w:val="20"/>
              </w:rPr>
              <w:t>设备安装</w:t>
            </w:r>
          </w:p>
        </w:tc>
        <w:tc>
          <w:tcPr>
            <w:tcW w:type="dxa" w:w="2160"/>
          </w:tcPr>
          <w:p>
            <w:pPr>
              <w:jc w:val="center"/>
            </w:pPr>
            <w:r/>
            <w:r>
              <w:rPr>
                <w:rFonts w:ascii="宋体" w:hAnsi="宋体" w:eastAsia="宋体"/>
                <w:b w:val="0"/>
                <w:sz w:val="20"/>
              </w:rPr>
              <w:t>已全面安装完成</w:t>
            </w:r>
          </w:p>
        </w:tc>
        <w:tc>
          <w:tcPr>
            <w:tcW w:type="dxa" w:w="2160"/>
          </w:tcPr>
          <w:p>
            <w:pPr>
              <w:jc w:val="center"/>
            </w:pPr>
            <w:r/>
            <w:r>
              <w:rPr>
                <w:rFonts w:ascii="宋体" w:hAnsi="宋体" w:eastAsia="宋体"/>
                <w:b w:val="0"/>
                <w:sz w:val="20"/>
              </w:rPr>
              <w:t>合同通用条款第3.1条</w:t>
            </w:r>
          </w:p>
        </w:tc>
      </w:tr>
      <w:tr>
        <w:tc>
          <w:tcPr>
            <w:tcW w:type="dxa" w:w="2160"/>
          </w:tcPr>
          <w:p>
            <w:pPr>
              <w:jc w:val="center"/>
            </w:pPr>
            <w:r/>
            <w:r>
              <w:rPr>
                <w:rFonts w:ascii="宋体" w:hAnsi="宋体" w:eastAsia="宋体"/>
                <w:b w:val="0"/>
                <w:sz w:val="20"/>
              </w:rPr>
              <w:t>3</w:t>
            </w:r>
          </w:p>
        </w:tc>
        <w:tc>
          <w:tcPr>
            <w:tcW w:type="dxa" w:w="2160"/>
          </w:tcPr>
          <w:p>
            <w:pPr>
              <w:jc w:val="center"/>
            </w:pPr>
            <w:r/>
            <w:r>
              <w:rPr>
                <w:rFonts w:ascii="宋体" w:hAnsi="宋体" w:eastAsia="宋体"/>
                <w:b w:val="0"/>
                <w:sz w:val="20"/>
              </w:rPr>
              <w:t>设备调试</w:t>
            </w:r>
          </w:p>
        </w:tc>
        <w:tc>
          <w:tcPr>
            <w:tcW w:type="dxa" w:w="2160"/>
          </w:tcPr>
          <w:p>
            <w:pPr>
              <w:jc w:val="center"/>
            </w:pPr>
            <w:r/>
            <w:r>
              <w:rPr>
                <w:rFonts w:ascii="宋体" w:hAnsi="宋体" w:eastAsia="宋体"/>
                <w:b w:val="0"/>
                <w:sz w:val="20"/>
              </w:rPr>
              <w:t>已完成单机调试及系统联调</w:t>
            </w:r>
          </w:p>
        </w:tc>
        <w:tc>
          <w:tcPr>
            <w:tcW w:type="dxa" w:w="2160"/>
          </w:tcPr>
          <w:p>
            <w:pPr>
              <w:jc w:val="center"/>
            </w:pPr>
            <w:r/>
            <w:r>
              <w:rPr>
                <w:rFonts w:ascii="宋体" w:hAnsi="宋体" w:eastAsia="宋体"/>
                <w:b w:val="0"/>
                <w:sz w:val="20"/>
              </w:rPr>
              <w:t>合同通用条款第3.1条</w:t>
            </w:r>
          </w:p>
        </w:tc>
      </w:tr>
      <w:tr>
        <w:tc>
          <w:tcPr>
            <w:tcW w:type="dxa" w:w="2160"/>
          </w:tcPr>
          <w:p>
            <w:pPr>
              <w:jc w:val="center"/>
            </w:pPr>
            <w:r/>
            <w:r>
              <w:rPr>
                <w:rFonts w:ascii="宋体" w:hAnsi="宋体" w:eastAsia="宋体"/>
                <w:b w:val="0"/>
                <w:sz w:val="20"/>
              </w:rPr>
              <w:t>4</w:t>
            </w:r>
          </w:p>
        </w:tc>
        <w:tc>
          <w:tcPr>
            <w:tcW w:type="dxa" w:w="2160"/>
          </w:tcPr>
          <w:p>
            <w:pPr>
              <w:jc w:val="center"/>
            </w:pPr>
            <w:r/>
            <w:r>
              <w:rPr>
                <w:rFonts w:ascii="宋体" w:hAnsi="宋体" w:eastAsia="宋体"/>
                <w:b w:val="0"/>
                <w:sz w:val="20"/>
              </w:rPr>
              <w:t>在线运行</w:t>
            </w:r>
          </w:p>
        </w:tc>
        <w:tc>
          <w:tcPr>
            <w:tcW w:type="dxa" w:w="2160"/>
          </w:tcPr>
          <w:p>
            <w:pPr>
              <w:jc w:val="center"/>
            </w:pPr>
            <w:r/>
            <w:r>
              <w:rPr>
                <w:rFonts w:ascii="宋体" w:hAnsi="宋体" w:eastAsia="宋体"/>
                <w:b w:val="0"/>
                <w:sz w:val="20"/>
              </w:rPr>
              <w:t>设备已实际投入在线运行，运行记录完整</w:t>
            </w:r>
          </w:p>
        </w:tc>
        <w:tc>
          <w:tcPr>
            <w:tcW w:type="dxa" w:w="2160"/>
          </w:tcPr>
          <w:p>
            <w:pPr>
              <w:jc w:val="center"/>
            </w:pPr>
            <w:r/>
            <w:r>
              <w:rPr>
                <w:rFonts w:ascii="宋体" w:hAnsi="宋体" w:eastAsia="宋体"/>
                <w:b w:val="0"/>
                <w:sz w:val="20"/>
              </w:rPr>
              <w:t>合同通用条款第3.1条</w:t>
            </w:r>
          </w:p>
        </w:tc>
      </w:tr>
      <w:tr>
        <w:tc>
          <w:tcPr>
            <w:tcW w:type="dxa" w:w="2160"/>
          </w:tcPr>
          <w:p>
            <w:pPr>
              <w:jc w:val="center"/>
            </w:pPr>
            <w:r/>
            <w:r>
              <w:rPr>
                <w:rFonts w:ascii="宋体" w:hAnsi="宋体" w:eastAsia="宋体"/>
                <w:b w:val="0"/>
                <w:sz w:val="20"/>
              </w:rPr>
              <w:t>5</w:t>
            </w:r>
          </w:p>
        </w:tc>
        <w:tc>
          <w:tcPr>
            <w:tcW w:type="dxa" w:w="2160"/>
          </w:tcPr>
          <w:p>
            <w:pPr>
              <w:jc w:val="center"/>
            </w:pPr>
            <w:r/>
            <w:r>
              <w:rPr>
                <w:rFonts w:ascii="宋体" w:hAnsi="宋体" w:eastAsia="宋体"/>
                <w:b w:val="0"/>
                <w:sz w:val="20"/>
              </w:rPr>
              <w:t>技术资料交付</w:t>
            </w:r>
          </w:p>
        </w:tc>
        <w:tc>
          <w:tcPr>
            <w:tcW w:type="dxa" w:w="2160"/>
          </w:tcPr>
          <w:p>
            <w:pPr>
              <w:jc w:val="center"/>
            </w:pPr>
            <w:r/>
            <w:r>
              <w:rPr>
                <w:rFonts w:ascii="宋体" w:hAnsi="宋体" w:eastAsia="宋体"/>
                <w:b w:val="0"/>
                <w:sz w:val="20"/>
              </w:rPr>
              <w:t>已提供中文版技术资料（操作手册、维修指南等）</w:t>
            </w:r>
          </w:p>
        </w:tc>
        <w:tc>
          <w:tcPr>
            <w:tcW w:type="dxa" w:w="2160"/>
          </w:tcPr>
          <w:p>
            <w:pPr>
              <w:jc w:val="center"/>
            </w:pPr>
            <w:r/>
            <w:r>
              <w:rPr>
                <w:rFonts w:ascii="宋体" w:hAnsi="宋体" w:eastAsia="宋体"/>
                <w:b w:val="0"/>
                <w:sz w:val="20"/>
              </w:rPr>
              <w:t>合同通用条款第4.1条</w:t>
            </w:r>
          </w:p>
        </w:tc>
      </w:tr>
      <w:tr>
        <w:tc>
          <w:tcPr>
            <w:tcW w:type="dxa" w:w="2160"/>
          </w:tcPr>
          <w:p>
            <w:pPr>
              <w:jc w:val="center"/>
            </w:pPr>
            <w:r/>
            <w:r>
              <w:rPr>
                <w:rFonts w:ascii="宋体" w:hAnsi="宋体" w:eastAsia="宋体"/>
                <w:b w:val="0"/>
                <w:sz w:val="20"/>
              </w:rPr>
              <w:t>6</w:t>
            </w:r>
          </w:p>
        </w:tc>
        <w:tc>
          <w:tcPr>
            <w:tcW w:type="dxa" w:w="2160"/>
          </w:tcPr>
          <w:p>
            <w:pPr>
              <w:jc w:val="center"/>
            </w:pPr>
            <w:r/>
            <w:r>
              <w:rPr>
                <w:rFonts w:ascii="宋体" w:hAnsi="宋体" w:eastAsia="宋体"/>
                <w:b w:val="0"/>
                <w:sz w:val="20"/>
              </w:rPr>
              <w:t>技术培训</w:t>
            </w:r>
          </w:p>
        </w:tc>
        <w:tc>
          <w:tcPr>
            <w:tcW w:type="dxa" w:w="2160"/>
          </w:tcPr>
          <w:p>
            <w:pPr>
              <w:jc w:val="center"/>
            </w:pPr>
            <w:r/>
            <w:r>
              <w:rPr>
                <w:rFonts w:ascii="宋体" w:hAnsi="宋体" w:eastAsia="宋体"/>
                <w:b w:val="0"/>
                <w:sz w:val="20"/>
              </w:rPr>
              <w:t>已完成甲方技术人员培训</w:t>
            </w:r>
          </w:p>
        </w:tc>
        <w:tc>
          <w:tcPr>
            <w:tcW w:type="dxa" w:w="2160"/>
          </w:tcPr>
          <w:p>
            <w:pPr>
              <w:jc w:val="center"/>
            </w:pPr>
            <w:r/>
            <w:r>
              <w:rPr>
                <w:rFonts w:ascii="宋体" w:hAnsi="宋体" w:eastAsia="宋体"/>
                <w:b w:val="0"/>
                <w:sz w:val="20"/>
              </w:rPr>
              <w:t>合同通用条款第3.2条</w:t>
            </w:r>
          </w:p>
        </w:tc>
      </w:tr>
    </w:tbl>
    <w:p/>
    <w:p>
      <w:pPr>
        <w:spacing w:line="360" w:lineRule="auto"/>
        <w:ind w:firstLine="420"/>
      </w:pPr>
      <w:r>
        <w:rPr>
          <w:rFonts w:ascii="宋体" w:hAnsi="宋体" w:eastAsia="宋体"/>
          <w:b w:val="0"/>
          <w:sz w:val="24"/>
        </w:rPr>
        <w:t>上述各项均有书面记录及贵方签章文件为证。特别是设备到货验收单已由贵方签署确认，设备已实际投入在线运行，运行状态良好。</w:t>
      </w:r>
    </w:p>
    <w:p/>
    <w:p>
      <w:pPr>
        <w:spacing w:before="240" w:after="120"/>
      </w:pPr>
      <w:r>
        <w:rPr>
          <w:rFonts w:ascii="黑体" w:hAnsi="黑体" w:eastAsia="黑体"/>
          <w:b/>
          <w:sz w:val="28"/>
        </w:rPr>
        <w:t>三、贵方拖延验收的事实</w:t>
      </w:r>
    </w:p>
    <w:p>
      <w:pPr>
        <w:spacing w:line="360" w:lineRule="auto"/>
        <w:ind w:firstLine="420"/>
      </w:pPr>
      <w:r>
        <w:rPr>
          <w:rFonts w:ascii="宋体" w:hAnsi="宋体" w:eastAsia="宋体"/>
          <w:b w:val="0"/>
          <w:sz w:val="24"/>
        </w:rPr>
        <w:t>根据合同约定，我方完成设备安装、调试后，贵方应及时组织验收。然而，自设备安装调试完成并投入在线运行之日起，至今已逾____个工作日。期间，我方已多次以口头及书面方式催促贵方组织验收并签署产品验收单，贵方以各种理由拖延至今未予签署，且未向我方提出任何书面质量异议。</w:t>
      </w:r>
    </w:p>
    <w:p>
      <w:pPr>
        <w:spacing w:line="360" w:lineRule="auto"/>
        <w:ind w:firstLine="420"/>
      </w:pPr>
      <w:r>
        <w:rPr>
          <w:rFonts w:ascii="宋体" w:hAnsi="宋体" w:eastAsia="宋体"/>
          <w:b w:val="0"/>
          <w:sz w:val="24"/>
        </w:rPr>
        <w:t>贵方的上述行为，已构成对合同义务的不当拖延，严重影响了我方的合法权益，具体表现在：</w:t>
      </w:r>
    </w:p>
    <w:p>
      <w:pPr>
        <w:spacing w:line="360" w:lineRule="auto"/>
        <w:ind w:firstLine="420"/>
      </w:pPr>
      <w:r>
        <w:rPr>
          <w:rFonts w:ascii="宋体" w:hAnsi="宋体" w:eastAsia="宋体"/>
          <w:b w:val="0"/>
          <w:sz w:val="24"/>
        </w:rPr>
        <w:t>1. 验收长期无法完成，导致合同约定的质量保证期无法起算；</w:t>
      </w:r>
    </w:p>
    <w:p>
      <w:pPr>
        <w:spacing w:line="360" w:lineRule="auto"/>
        <w:ind w:firstLine="420"/>
      </w:pPr>
      <w:r>
        <w:rPr>
          <w:rFonts w:ascii="宋体" w:hAnsi="宋体" w:eastAsia="宋体"/>
          <w:b w:val="0"/>
          <w:sz w:val="24"/>
        </w:rPr>
        <w:t>2. 验收未完成导致合同付款条件无法成就，我方应收账款长期被拖欠；</w:t>
      </w:r>
    </w:p>
    <w:p>
      <w:pPr>
        <w:spacing w:line="360" w:lineRule="auto"/>
        <w:ind w:firstLine="420"/>
      </w:pPr>
      <w:r>
        <w:rPr>
          <w:rFonts w:ascii="宋体" w:hAnsi="宋体" w:eastAsia="宋体"/>
          <w:b w:val="0"/>
          <w:sz w:val="24"/>
        </w:rPr>
        <w:t>3. 履约保证金无法按约退还，资金被长期占用。</w:t>
      </w:r>
    </w:p>
    <w:p/>
    <w:p>
      <w:pPr>
        <w:spacing w:before="240" w:after="120"/>
      </w:pPr>
      <w:r>
        <w:rPr>
          <w:rFonts w:ascii="黑体" w:hAnsi="黑体" w:eastAsia="黑体"/>
          <w:b/>
          <w:sz w:val="28"/>
        </w:rPr>
        <w:t>四、法律依据</w:t>
      </w:r>
    </w:p>
    <w:p>
      <w:pPr>
        <w:spacing w:line="360" w:lineRule="auto"/>
        <w:ind w:firstLine="420"/>
      </w:pPr>
      <w:r>
        <w:rPr>
          <w:rFonts w:ascii="宋体" w:hAnsi="宋体" w:eastAsia="宋体"/>
          <w:b/>
          <w:sz w:val="24"/>
        </w:rPr>
        <w:t>（一）合同依据</w:t>
      </w:r>
    </w:p>
    <w:p>
      <w:pPr>
        <w:spacing w:line="360" w:lineRule="auto"/>
        <w:ind w:firstLine="420"/>
      </w:pPr>
      <w:r>
        <w:rPr>
          <w:rFonts w:ascii="宋体" w:hAnsi="宋体" w:eastAsia="宋体"/>
          <w:b w:val="0"/>
          <w:sz w:val="24"/>
        </w:rPr>
        <w:t>根据合同通用条款及相关约定，我方已按约完成设备供货、安装、调试及在线运行，履行了合同项下的全部主要义务。贵方作为采购单位，负有及时组织验收的合同义务。</w:t>
      </w:r>
    </w:p>
    <w:p>
      <w:pPr>
        <w:spacing w:line="360" w:lineRule="auto"/>
        <w:ind w:firstLine="420"/>
      </w:pPr>
      <w:r>
        <w:rPr>
          <w:rFonts w:ascii="宋体" w:hAnsi="宋体" w:eastAsia="宋体"/>
          <w:b/>
          <w:sz w:val="24"/>
        </w:rPr>
        <w:t>（二）法律依据</w:t>
      </w:r>
    </w:p>
    <w:p>
      <w:pPr>
        <w:spacing w:line="360" w:lineRule="auto"/>
        <w:ind w:firstLine="420"/>
      </w:pPr>
      <w:r>
        <w:rPr>
          <w:rFonts w:ascii="宋体" w:hAnsi="宋体" w:eastAsia="宋体"/>
          <w:b w:val="0"/>
          <w:sz w:val="24"/>
        </w:rPr>
        <w:t>1. 根据《中华人民共和国民法典》第五百八十二条规定，履行不符合约定的，受损害方可以合理选择请求对方承担修理、重作、更换、退货、减少价款或者报酬等违约责任。我方履行符合约定，贵方无权拒绝验收。</w:t>
      </w:r>
    </w:p>
    <w:p>
      <w:pPr>
        <w:spacing w:line="360" w:lineRule="auto"/>
        <w:ind w:firstLine="420"/>
      </w:pPr>
      <w:r>
        <w:rPr>
          <w:rFonts w:ascii="宋体" w:hAnsi="宋体" w:eastAsia="宋体"/>
          <w:b w:val="0"/>
          <w:sz w:val="24"/>
        </w:rPr>
        <w:t>2. 根据《中华人民共和国民法典》第六百二十一条规定，当事人约定检验期限的，买受人应当在检验期限内将标的物的数量或者质量不符合约定的情形通知出卖人。买受人怠于通知的，视为标的物的数量或者质量符合约定。</w:t>
      </w:r>
    </w:p>
    <w:p>
      <w:pPr>
        <w:spacing w:line="360" w:lineRule="auto"/>
        <w:ind w:firstLine="420"/>
      </w:pPr>
      <w:r>
        <w:rPr>
          <w:rFonts w:ascii="宋体" w:hAnsi="宋体" w:eastAsia="宋体"/>
          <w:b w:val="0"/>
          <w:sz w:val="24"/>
        </w:rPr>
        <w:t>3. 根据《中华人民共和国民法典》第六百二十六条规定，买受人收到标的物时应当检验。买受人未在约定时间内检验，或虽检验但未在合理时间内提出异议的，视为标的物符合约定。</w:t>
      </w:r>
    </w:p>
    <w:p>
      <w:pPr>
        <w:spacing w:line="360" w:lineRule="auto"/>
        <w:ind w:firstLine="420"/>
      </w:pPr>
      <w:r>
        <w:rPr>
          <w:rFonts w:ascii="宋体" w:hAnsi="宋体" w:eastAsia="宋体"/>
          <w:b w:val="0"/>
          <w:sz w:val="24"/>
        </w:rPr>
        <w:t>4. 设备已实际投入在线运行，依据上述法律规定，视为贵方已接受标的物，即验收合格。</w:t>
      </w:r>
    </w:p>
    <w:p>
      <w:pPr>
        <w:spacing w:line="360" w:lineRule="auto"/>
        <w:ind w:firstLine="420"/>
      </w:pPr>
      <w:r>
        <w:rPr>
          <w:rFonts w:ascii="宋体" w:hAnsi="宋体" w:eastAsia="宋体"/>
          <w:b w:val="0"/>
          <w:sz w:val="24"/>
        </w:rPr>
        <w:t>5. 根据《中华人民共和国政府采购法》第四十三条规定，政府采购合同适用合同法。采购人和供应商之间的权利义务，应当按照平等、自愿的原则以合同方式约定。</w:t>
      </w:r>
    </w:p>
    <w:p/>
    <w:p>
      <w:pPr>
        <w:spacing w:before="240" w:after="120"/>
      </w:pPr>
      <w:r>
        <w:rPr>
          <w:rFonts w:ascii="黑体" w:hAnsi="黑体" w:eastAsia="黑体"/>
          <w:b/>
          <w:sz w:val="28"/>
        </w:rPr>
        <w:t>五、付款请求</w:t>
      </w:r>
    </w:p>
    <w:p>
      <w:pPr>
        <w:spacing w:line="360" w:lineRule="auto"/>
        <w:ind w:firstLine="420"/>
      </w:pPr>
      <w:r>
        <w:rPr>
          <w:rFonts w:ascii="宋体" w:hAnsi="宋体" w:eastAsia="宋体"/>
          <w:b w:val="0"/>
          <w:sz w:val="24"/>
        </w:rPr>
        <w:t>鉴于我方已全面履行合同义务，且设备已实际投入在线运行，依据上述合同约定及法律规定，验收已视为合格。贵方应按合同约定立即履行付款义务。</w:t>
      </w:r>
    </w:p>
    <w:p>
      <w:pPr>
        <w:spacing w:line="360" w:lineRule="auto"/>
        <w:ind w:firstLine="420"/>
      </w:pPr>
      <w:r>
        <w:rPr>
          <w:rFonts w:ascii="宋体" w:hAnsi="宋体" w:eastAsia="宋体"/>
          <w:b w:val="0"/>
          <w:sz w:val="24"/>
        </w:rPr>
        <w:t>具体付款请求如下：</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shd w:fill="D9E2F3"/>
          </w:tcPr>
          <w:p>
            <w:pPr>
              <w:jc w:val="center"/>
            </w:pPr>
            <w:r/>
            <w:r>
              <w:rPr>
                <w:rFonts w:ascii="宋体" w:hAnsi="宋体" w:eastAsia="宋体"/>
                <w:b/>
                <w:sz w:val="20"/>
              </w:rPr>
              <w:t>款项类别</w:t>
            </w:r>
          </w:p>
        </w:tc>
        <w:tc>
          <w:tcPr>
            <w:tcW w:type="dxa" w:w="2160"/>
            <w:shd w:fill="D9E2F3"/>
          </w:tcPr>
          <w:p>
            <w:pPr>
              <w:jc w:val="center"/>
            </w:pPr>
            <w:r/>
            <w:r>
              <w:rPr>
                <w:rFonts w:ascii="宋体" w:hAnsi="宋体" w:eastAsia="宋体"/>
                <w:b/>
                <w:sz w:val="20"/>
              </w:rPr>
              <w:t>金额（元）</w:t>
            </w:r>
          </w:p>
        </w:tc>
        <w:tc>
          <w:tcPr>
            <w:tcW w:type="dxa" w:w="2160"/>
            <w:shd w:fill="D9E2F3"/>
          </w:tcPr>
          <w:p>
            <w:pPr>
              <w:jc w:val="center"/>
            </w:pPr>
            <w:r/>
            <w:r>
              <w:rPr>
                <w:rFonts w:ascii="宋体" w:hAnsi="宋体" w:eastAsia="宋体"/>
                <w:b/>
                <w:sz w:val="20"/>
              </w:rPr>
              <w:t>付款条件</w:t>
            </w:r>
          </w:p>
        </w:tc>
        <w:tc>
          <w:tcPr>
            <w:tcW w:type="dxa" w:w="2160"/>
            <w:shd w:fill="D9E2F3"/>
          </w:tcPr>
          <w:p>
            <w:pPr>
              <w:jc w:val="center"/>
            </w:pPr>
            <w:r/>
            <w:r>
              <w:rPr>
                <w:rFonts w:ascii="宋体" w:hAnsi="宋体" w:eastAsia="宋体"/>
                <w:b/>
                <w:sz w:val="20"/>
              </w:rPr>
              <w:t>当前状态</w:t>
            </w:r>
          </w:p>
        </w:tc>
      </w:tr>
      <w:tr>
        <w:tc>
          <w:tcPr>
            <w:tcW w:type="dxa" w:w="2160"/>
          </w:tcPr>
          <w:p>
            <w:pPr>
              <w:jc w:val="center"/>
            </w:pPr>
            <w:r/>
            <w:r>
              <w:rPr>
                <w:rFonts w:ascii="宋体" w:hAnsi="宋体" w:eastAsia="宋体"/>
                <w:b w:val="0"/>
                <w:sz w:val="20"/>
              </w:rPr>
              <w:t>合同款项</w:t>
            </w:r>
          </w:p>
        </w:tc>
        <w:tc>
          <w:tcPr>
            <w:tcW w:type="dxa" w:w="2160"/>
          </w:tcPr>
          <w:p>
            <w:pPr>
              <w:jc w:val="center"/>
            </w:pPr>
            <w:r/>
            <w:r>
              <w:rPr>
                <w:rFonts w:ascii="宋体" w:hAnsi="宋体" w:eastAsia="宋体"/>
                <w:b w:val="0"/>
                <w:sz w:val="20"/>
              </w:rPr>
              <w:t>______</w:t>
            </w:r>
          </w:p>
        </w:tc>
        <w:tc>
          <w:tcPr>
            <w:tcW w:type="dxa" w:w="2160"/>
          </w:tcPr>
          <w:p>
            <w:pPr>
              <w:jc w:val="center"/>
            </w:pPr>
            <w:r/>
            <w:r>
              <w:rPr>
                <w:rFonts w:ascii="宋体" w:hAnsi="宋体" w:eastAsia="宋体"/>
                <w:b w:val="0"/>
                <w:sz w:val="20"/>
              </w:rPr>
              <w:t>验收合格后支付</w:t>
            </w:r>
          </w:p>
        </w:tc>
        <w:tc>
          <w:tcPr>
            <w:tcW w:type="dxa" w:w="2160"/>
            <w:shd w:fill="FFF2CC"/>
          </w:tcPr>
          <w:p>
            <w:pPr>
              <w:jc w:val="center"/>
            </w:pPr>
            <w:r/>
            <w:r>
              <w:rPr>
                <w:rFonts w:ascii="宋体" w:hAnsi="宋体" w:eastAsia="宋体"/>
                <w:b w:val="0"/>
                <w:sz w:val="20"/>
              </w:rPr>
              <w:t>应付未付</w:t>
            </w:r>
          </w:p>
        </w:tc>
      </w:tr>
      <w:tr>
        <w:tc>
          <w:tcPr>
            <w:tcW w:type="dxa" w:w="2160"/>
          </w:tcPr>
          <w:p>
            <w:pPr>
              <w:jc w:val="center"/>
            </w:pPr>
            <w:r/>
            <w:r>
              <w:rPr>
                <w:rFonts w:ascii="宋体" w:hAnsi="宋体" w:eastAsia="宋体"/>
                <w:b w:val="0"/>
                <w:sz w:val="20"/>
              </w:rPr>
              <w:t>履约保证金退还</w:t>
            </w:r>
          </w:p>
        </w:tc>
        <w:tc>
          <w:tcPr>
            <w:tcW w:type="dxa" w:w="2160"/>
          </w:tcPr>
          <w:p>
            <w:pPr>
              <w:jc w:val="center"/>
            </w:pPr>
            <w:r/>
            <w:r>
              <w:rPr>
                <w:rFonts w:ascii="宋体" w:hAnsi="宋体" w:eastAsia="宋体"/>
                <w:b w:val="0"/>
                <w:sz w:val="20"/>
              </w:rPr>
              <w:t>______</w:t>
            </w:r>
          </w:p>
        </w:tc>
        <w:tc>
          <w:tcPr>
            <w:tcW w:type="dxa" w:w="2160"/>
          </w:tcPr>
          <w:p>
            <w:pPr>
              <w:jc w:val="center"/>
            </w:pPr>
            <w:r/>
            <w:r>
              <w:rPr>
                <w:rFonts w:ascii="宋体" w:hAnsi="宋体" w:eastAsia="宋体"/>
                <w:b w:val="0"/>
                <w:sz w:val="20"/>
              </w:rPr>
              <w:t>货物验收合格后退还</w:t>
            </w:r>
          </w:p>
        </w:tc>
        <w:tc>
          <w:tcPr>
            <w:tcW w:type="dxa" w:w="2160"/>
            <w:shd w:fill="FFF2CC"/>
          </w:tcPr>
          <w:p>
            <w:pPr>
              <w:jc w:val="center"/>
            </w:pPr>
            <w:r/>
            <w:r>
              <w:rPr>
                <w:rFonts w:ascii="宋体" w:hAnsi="宋体" w:eastAsia="宋体"/>
                <w:b w:val="0"/>
                <w:sz w:val="20"/>
              </w:rPr>
              <w:t>应退未退</w:t>
            </w:r>
          </w:p>
        </w:tc>
      </w:tr>
    </w:tbl>
    <w:p/>
    <w:p>
      <w:pPr>
        <w:spacing w:line="360" w:lineRule="auto"/>
        <w:ind w:firstLine="420"/>
      </w:pPr>
      <w:r>
        <w:rPr>
          <w:rFonts w:ascii="宋体" w:hAnsi="宋体" w:eastAsia="宋体"/>
          <w:b w:val="0"/>
          <w:sz w:val="24"/>
        </w:rPr>
        <w:t>以上款项合计人民币______元（大写：______________元整），请贵方于本函送达之日起十五（15）个工作日内支付至我方指定账户：</w:t>
      </w:r>
    </w:p>
    <w:p>
      <w:pPr>
        <w:ind w:firstLine="420"/>
      </w:pPr>
      <w:r>
        <w:rPr>
          <w:rFonts w:ascii="宋体" w:hAnsi="宋体" w:eastAsia="宋体"/>
          <w:b w:val="0"/>
          <w:sz w:val="24"/>
        </w:rPr>
        <w:t>户　名：六合远教（成都）科技有限公司</w:t>
      </w:r>
    </w:p>
    <w:p>
      <w:pPr>
        <w:ind w:firstLine="420"/>
      </w:pPr>
      <w:r>
        <w:rPr>
          <w:rFonts w:ascii="宋体" w:hAnsi="宋体" w:eastAsia="宋体"/>
          <w:b w:val="0"/>
          <w:sz w:val="24"/>
        </w:rPr>
        <w:t>开户行：交通银行磨子桥支行</w:t>
      </w:r>
    </w:p>
    <w:p>
      <w:pPr>
        <w:ind w:firstLine="420"/>
      </w:pPr>
      <w:r>
        <w:rPr>
          <w:rFonts w:ascii="宋体" w:hAnsi="宋体" w:eastAsia="宋体"/>
          <w:b w:val="0"/>
          <w:sz w:val="24"/>
        </w:rPr>
        <w:t>账　号：511609017018800042839</w:t>
      </w:r>
    </w:p>
    <w:p/>
    <w:p>
      <w:pPr>
        <w:spacing w:before="240" w:after="120"/>
      </w:pPr>
      <w:r>
        <w:rPr>
          <w:rFonts w:ascii="黑体" w:hAnsi="黑体" w:eastAsia="黑体"/>
          <w:b/>
          <w:sz w:val="28"/>
        </w:rPr>
        <w:t>六、法律后果告知</w:t>
      </w:r>
    </w:p>
    <w:p>
      <w:pPr>
        <w:spacing w:line="360" w:lineRule="auto"/>
        <w:ind w:firstLine="420"/>
      </w:pPr>
      <w:r>
        <w:rPr>
          <w:rFonts w:ascii="宋体" w:hAnsi="宋体" w:eastAsia="宋体"/>
          <w:b w:val="0"/>
          <w:sz w:val="24"/>
        </w:rPr>
        <w:t>如贵方未在本函指定的十五（15）个工作日内履行付款义务，我方将依法采取以下措施：</w:t>
      </w:r>
    </w:p>
    <w:p>
      <w:pPr>
        <w:spacing w:line="360" w:lineRule="auto"/>
        <w:ind w:firstLine="420"/>
      </w:pPr>
      <w:r>
        <w:rPr>
          <w:rFonts w:ascii="宋体" w:hAnsi="宋体" w:eastAsia="宋体"/>
          <w:b w:val="0"/>
          <w:sz w:val="24"/>
        </w:rPr>
        <w:t>1. 依据合同第十二条第2款约定，向甲方所在地仲裁委员会申请仲裁或向甲方所在地人民法院提起诉讼，追索全部欠款及由此产生的全部损失；</w:t>
      </w:r>
    </w:p>
    <w:p>
      <w:pPr>
        <w:spacing w:line="360" w:lineRule="auto"/>
        <w:ind w:firstLine="420"/>
      </w:pPr>
      <w:r>
        <w:rPr>
          <w:rFonts w:ascii="宋体" w:hAnsi="宋体" w:eastAsia="宋体"/>
          <w:b w:val="0"/>
          <w:sz w:val="24"/>
        </w:rPr>
        <w:t>2. 依据合同第十二条第3款约定，诉讼期间本合同继续履行；</w:t>
      </w:r>
    </w:p>
    <w:p>
      <w:pPr>
        <w:spacing w:line="360" w:lineRule="auto"/>
        <w:ind w:firstLine="420"/>
      </w:pPr>
      <w:r>
        <w:rPr>
          <w:rFonts w:ascii="宋体" w:hAnsi="宋体" w:eastAsia="宋体"/>
          <w:b w:val="0"/>
          <w:sz w:val="24"/>
        </w:rPr>
        <w:t>3. 同时向政府采购监督管理部门（西宁市城西区财政局政府采购管理科）投诉贵方拖延验收、恶意拖欠款项的行为，请求行政监督；</w:t>
      </w:r>
    </w:p>
    <w:p>
      <w:pPr>
        <w:spacing w:line="360" w:lineRule="auto"/>
        <w:ind w:firstLine="420"/>
      </w:pPr>
      <w:r>
        <w:rPr>
          <w:rFonts w:ascii="宋体" w:hAnsi="宋体" w:eastAsia="宋体"/>
          <w:b w:val="0"/>
          <w:sz w:val="24"/>
        </w:rPr>
        <w:t>4. 主张自应付之日起至实际付款之日止的逾期付款利息损失（按全国银行间同业拆借中心公布的贷款市场报价利率LPR计算）；</w:t>
      </w:r>
    </w:p>
    <w:p>
      <w:pPr>
        <w:spacing w:line="360" w:lineRule="auto"/>
        <w:ind w:firstLine="420"/>
      </w:pPr>
      <w:r>
        <w:rPr>
          <w:rFonts w:ascii="宋体" w:hAnsi="宋体" w:eastAsia="宋体"/>
          <w:b w:val="0"/>
          <w:sz w:val="24"/>
        </w:rPr>
        <w:t>5. 保留通过其他法律途径追索全部欠款及由此产生的全部费用（包括但不限于诉讼费、仲裁费、律师费、保全费等）的权利。</w:t>
      </w:r>
    </w:p>
    <w:p/>
    <w:p>
      <w:pPr>
        <w:spacing w:before="240" w:after="120"/>
      </w:pPr>
      <w:r>
        <w:rPr>
          <w:rFonts w:ascii="黑体" w:hAnsi="黑体" w:eastAsia="黑体"/>
          <w:b/>
          <w:sz w:val="28"/>
        </w:rPr>
        <w:t>七、特别说明</w:t>
      </w:r>
    </w:p>
    <w:p>
      <w:pPr>
        <w:spacing w:line="360" w:lineRule="auto"/>
        <w:ind w:firstLine="420"/>
      </w:pPr>
      <w:r>
        <w:rPr>
          <w:rFonts w:ascii="宋体" w:hAnsi="宋体" w:eastAsia="宋体"/>
          <w:b w:val="0"/>
          <w:sz w:val="24"/>
        </w:rPr>
        <w:t>1. 如贵方对设备质量存在异议，应在收到本函后十（10）个工作日内向我方发出书面质量异议通知并附相关证据材料。依据合同第十二条第1款约定，因产品质量问题发生争议的，应邀请国家认可的质量检测机构进行鉴定。产品符合标准的，鉴定费由贵方承担；产品不符合标准的，鉴定费由我方承担。逾期未提出书面异议的，视为对设备质量无异议。</w:t>
      </w:r>
    </w:p>
    <w:p>
      <w:pPr>
        <w:spacing w:line="360" w:lineRule="auto"/>
        <w:ind w:firstLine="420"/>
      </w:pPr>
      <w:r>
        <w:rPr>
          <w:rFonts w:ascii="宋体" w:hAnsi="宋体" w:eastAsia="宋体"/>
          <w:b w:val="0"/>
          <w:sz w:val="24"/>
        </w:rPr>
        <w:t>2. 如贵方未在上述期限内回复或履行付款义务，视为贵方对本函全部内容的默认接受，我方将据此启动后续法律程序，届时不再另行通知。</w:t>
      </w:r>
    </w:p>
    <w:p/>
    <w:p/>
    <w:p>
      <w:pPr>
        <w:spacing w:before="240" w:after="120"/>
      </w:pPr>
      <w:r>
        <w:rPr>
          <w:rFonts w:ascii="黑体" w:hAnsi="黑体" w:eastAsia="黑体"/>
          <w:b/>
          <w:sz w:val="28"/>
        </w:rPr>
        <w:t>八、结语</w:t>
      </w:r>
    </w:p>
    <w:p>
      <w:pPr>
        <w:spacing w:line="360" w:lineRule="auto"/>
        <w:ind w:firstLine="420"/>
      </w:pPr>
      <w:r>
        <w:rPr>
          <w:rFonts w:ascii="宋体" w:hAnsi="宋体" w:eastAsia="宋体"/>
          <w:b w:val="0"/>
          <w:sz w:val="24"/>
        </w:rPr>
        <w:t>我方始终秉持诚信履约原则，已全面完成合同项下的全部义务。希望贵方本着契约精神和政府采购诚信原则，在收到本函后尽快履行验收签署及付款义务，避免争议进一步扩大，造成不必要的损失。</w:t>
      </w:r>
    </w:p>
    <w:p>
      <w:pPr>
        <w:spacing w:line="360" w:lineRule="auto"/>
        <w:ind w:firstLine="420"/>
      </w:pPr>
      <w:r>
        <w:rPr>
          <w:rFonts w:ascii="宋体" w:hAnsi="宋体" w:eastAsia="宋体"/>
          <w:b w:val="0"/>
          <w:sz w:val="24"/>
        </w:rPr>
        <w:t>期待贵方的积极回复与配合。</w:t>
      </w:r>
    </w:p>
    <w:p/>
    <w:p/>
    <w:p>
      <w:pPr>
        <w:jc w:val="right"/>
      </w:pPr>
      <w:r>
        <w:rPr>
          <w:rFonts w:ascii="宋体" w:hAnsi="宋体" w:eastAsia="宋体"/>
          <w:b w:val="0"/>
          <w:sz w:val="24"/>
        </w:rPr>
        <w:t>发函单位：六合远教（成都）科技有限公司（盖章）</w:t>
      </w:r>
    </w:p>
    <w:p/>
    <w:p>
      <w:pPr>
        <w:jc w:val="right"/>
      </w:pPr>
      <w:r>
        <w:rPr>
          <w:rFonts w:ascii="宋体" w:hAnsi="宋体" w:eastAsia="宋体"/>
          <w:b w:val="0"/>
          <w:sz w:val="24"/>
        </w:rPr>
        <w:t>法定代表人/授权代表：______________（签字）</w:t>
      </w:r>
    </w:p>
    <w:p/>
    <w:p>
      <w:pPr>
        <w:jc w:val="right"/>
      </w:pPr>
      <w:r>
        <w:rPr>
          <w:rFonts w:ascii="宋体" w:hAnsi="宋体" w:eastAsia="宋体"/>
          <w:b w:val="0"/>
          <w:sz w:val="24"/>
        </w:rPr>
        <w:t>联系人：______________</w:t>
      </w:r>
    </w:p>
    <w:p>
      <w:pPr>
        <w:jc w:val="right"/>
      </w:pPr>
      <w:r>
        <w:rPr>
          <w:rFonts w:ascii="宋体" w:hAnsi="宋体" w:eastAsia="宋体"/>
          <w:b w:val="0"/>
          <w:sz w:val="24"/>
        </w:rPr>
        <w:t>联系电话：______________</w:t>
      </w:r>
    </w:p>
    <w:p>
      <w:pPr>
        <w:jc w:val="right"/>
      </w:pPr>
      <w:r>
        <w:rPr>
          <w:rFonts w:ascii="宋体" w:hAnsi="宋体" w:eastAsia="宋体"/>
          <w:b w:val="0"/>
          <w:sz w:val="24"/>
        </w:rPr>
        <w:t>通讯地址：______________</w:t>
      </w:r>
    </w:p>
    <w:p/>
    <w:p>
      <w:pPr>
        <w:jc w:val="right"/>
      </w:pPr>
      <w:r>
        <w:rPr>
          <w:rFonts w:ascii="宋体" w:hAnsi="宋体" w:eastAsia="宋体"/>
          <w:b w:val="0"/>
          <w:sz w:val="24"/>
        </w:rPr>
        <w:t>发函日期：2026年07月15日</w:t>
      </w:r>
    </w:p>
    <w:p/>
    <w:p/>
    <w:p>
      <w:pPr>
        <w:pBdr>
          <w:bottom w:val="single" w:sz="6" w:space="1" w:color="000000"/>
        </w:pBdr>
      </w:pPr>
    </w:p>
    <w:p>
      <w:r>
        <w:rPr>
          <w:rFonts w:ascii="黑体" w:hAnsi="黑体" w:eastAsia="黑体"/>
          <w:b/>
          <w:sz w:val="22"/>
        </w:rPr>
        <w:t>附件清单：</w:t>
      </w:r>
    </w:p>
    <w:p>
      <w:pPr>
        <w:ind w:firstLine="420"/>
      </w:pPr>
      <w:r>
        <w:rPr>
          <w:rFonts w:ascii="宋体" w:hAnsi="宋体" w:eastAsia="宋体"/>
          <w:b w:val="0"/>
          <w:sz w:val="22"/>
        </w:rPr>
        <w:t>1. 设备到货验收单（复印件）</w:t>
      </w:r>
    </w:p>
    <w:p>
      <w:pPr>
        <w:ind w:firstLine="420"/>
      </w:pPr>
      <w:r>
        <w:rPr>
          <w:rFonts w:ascii="宋体" w:hAnsi="宋体" w:eastAsia="宋体"/>
          <w:b w:val="0"/>
          <w:sz w:val="22"/>
        </w:rPr>
        <w:t>2. 设备安装记录（复印件）</w:t>
      </w:r>
    </w:p>
    <w:p>
      <w:pPr>
        <w:ind w:firstLine="420"/>
      </w:pPr>
      <w:r>
        <w:rPr>
          <w:rFonts w:ascii="宋体" w:hAnsi="宋体" w:eastAsia="宋体"/>
          <w:b w:val="0"/>
          <w:sz w:val="22"/>
        </w:rPr>
        <w:t>3. 设备调试记录（复印件）</w:t>
      </w:r>
    </w:p>
    <w:p>
      <w:pPr>
        <w:ind w:firstLine="420"/>
      </w:pPr>
      <w:r>
        <w:rPr>
          <w:rFonts w:ascii="宋体" w:hAnsi="宋体" w:eastAsia="宋体"/>
          <w:b w:val="0"/>
          <w:sz w:val="22"/>
        </w:rPr>
        <w:t>4. 在线运行记录（复印件）</w:t>
      </w:r>
    </w:p>
    <w:p>
      <w:pPr>
        <w:ind w:firstLine="420"/>
      </w:pPr>
      <w:r>
        <w:rPr>
          <w:rFonts w:ascii="宋体" w:hAnsi="宋体" w:eastAsia="宋体"/>
          <w:b w:val="0"/>
          <w:sz w:val="22"/>
        </w:rPr>
        <w:t>5. 《青海省政府采购项目合同书》复印件</w:t>
      </w:r>
    </w:p>
    <w:p/>
    <w:p/>
    <w:p>
      <w:pPr>
        <w:pBdr>
          <w:bottom w:val="single" w:sz="6" w:space="1" w:color="000000"/>
        </w:pBdr>
      </w:pPr>
    </w:p>
    <w:p>
      <w:pPr>
        <w:jc w:val="center"/>
      </w:pPr>
      <w:r>
        <w:rPr>
          <w:rFonts w:ascii="黑体" w:hAnsi="黑体" w:eastAsia="黑体"/>
          <w:b/>
          <w:sz w:val="24"/>
        </w:rPr>
        <w:t>送达回执</w:t>
      </w:r>
    </w:p>
    <w:p>
      <w:r>
        <w:rPr>
          <w:rFonts w:ascii="宋体" w:hAnsi="宋体" w:eastAsia="宋体"/>
          <w:b w:val="0"/>
          <w:sz w:val="22"/>
        </w:rPr>
        <w:t>收函单位（签收盖章）：______________</w:t>
      </w:r>
    </w:p>
    <w:p>
      <w:r>
        <w:rPr>
          <w:rFonts w:ascii="宋体" w:hAnsi="宋体" w:eastAsia="宋体"/>
          <w:b w:val="0"/>
          <w:sz w:val="22"/>
        </w:rPr>
        <w:t>收函人签字：______________　　收函日期：____年____月____日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